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IPET do edycji</w:t>
      </w:r>
    </w:p>
    <w:p>
      <w:r>
        <w:t>Indywidualny program edukacyjno-terapeutyczny. Materiał pomocniczy dla zespołu nauczycieli i specjalistów. Uzupełnij pola na podstawie orzeczenia i WOPFU; rozbuduj je stosownie do potrzeb ucznia. Formularz nie zastępuje WOPFU.</w:t>
      </w:r>
    </w:p>
    <w:p>
      <w:pPr>
        <w:pStyle w:val="Heading1"/>
      </w:pPr>
      <w:r>
        <w:t>Dane organizacyjne</w:t>
      </w:r>
    </w:p>
    <w:p>
      <w:r>
        <w:rPr>
          <w:b/>
        </w:rPr>
        <w:t>Uczeń oraz oddział lub grupa</w:t>
      </w:r>
    </w:p>
    <w:p>
      <w:pPr>
        <w:spacing w:after="260"/>
      </w:pPr>
      <w:sdt>
        <w:sdtPr>
          <w:alias w:val="Pole do uzupełnienia"/>
          <w:tag w:val="IPET_FIELD_1"/>
          <w:id w:val="200001"/>
          <w:text/>
        </w:sdtPr>
        <w:sdtContent>
          <w:r>
            <w:t>[Uzupełnij w odniesieniu do tego ucznia]</w:t>
          </w:r>
        </w:sdtContent>
      </w:sdt>
    </w:p>
    <w:p>
      <w:r>
        <w:rPr>
          <w:b/>
        </w:rPr>
        <w:t>Placówka i rok szkolny</w:t>
      </w:r>
    </w:p>
    <w:p>
      <w:pPr>
        <w:spacing w:after="260"/>
      </w:pPr>
      <w:sdt>
        <w:sdtPr>
          <w:alias w:val="Pole do uzupełnienia"/>
          <w:tag w:val="IPET_FIELD_2"/>
          <w:id w:val="200002"/>
          <w:text/>
        </w:sdtPr>
        <w:sdtContent>
          <w:r>
            <w:t>[Uzupełnij w odniesieniu do tego ucznia]</w:t>
          </w:r>
        </w:sdtContent>
      </w:sdt>
    </w:p>
    <w:p>
      <w:r>
        <w:rPr>
          <w:b/>
        </w:rPr>
        <w:t>Orzeczenie oraz data złożenia w placówce</w:t>
      </w:r>
    </w:p>
    <w:p>
      <w:pPr>
        <w:spacing w:after="260"/>
      </w:pPr>
      <w:sdt>
        <w:sdtPr>
          <w:alias w:val="Pole do uzupełnienia"/>
          <w:tag w:val="IPET_FIELD_3"/>
          <w:id w:val="200003"/>
          <w:text/>
        </w:sdtPr>
        <w:sdtContent>
          <w:r>
            <w:t>[Uzupełnij w odniesieniu do tego ucznia]</w:t>
          </w:r>
        </w:sdtContent>
      </w:sdt>
    </w:p>
    <w:p>
      <w:r>
        <w:rPr>
          <w:b/>
        </w:rPr>
        <w:t>Okres obowiązywania IPET oraz data opracowania</w:t>
      </w:r>
    </w:p>
    <w:p>
      <w:pPr>
        <w:spacing w:after="260"/>
      </w:pPr>
      <w:sdt>
        <w:sdtPr>
          <w:alias w:val="Pole do uzupełnienia"/>
          <w:tag w:val="IPET_FIELD_4"/>
          <w:id w:val="200004"/>
          <w:text/>
        </w:sdtPr>
        <w:sdtContent>
          <w:r>
            <w:t>[Uzupełnij w odniesieniu do tego ucznia]</w:t>
          </w:r>
        </w:sdtContent>
      </w:sdt>
    </w:p>
    <w:p>
      <w:r>
        <w:rPr>
          <w:b/>
        </w:rPr>
        <w:t>Koordynator i data WOPFU stanowiącej podstawę programu</w:t>
      </w:r>
    </w:p>
    <w:p>
      <w:pPr>
        <w:spacing w:after="260"/>
      </w:pPr>
      <w:sdt>
        <w:sdtPr>
          <w:alias w:val="Pole do uzupełnienia"/>
          <w:tag w:val="IPET_FIELD_5"/>
          <w:id w:val="200005"/>
          <w:text/>
        </w:sdtPr>
        <w:sdtContent>
          <w:r>
            <w:t>[Uzupełnij w odniesieniu do tego ucznia]</w:t>
          </w:r>
        </w:sdtContent>
      </w:sdt>
    </w:p>
    <w:p>
      <w:pPr>
        <w:pStyle w:val="Heading1"/>
      </w:pPr>
      <w:r>
        <w:t>Wnioski do programu</w:t>
      </w:r>
    </w:p>
    <w:p>
      <w:r>
        <w:rPr>
          <w:b/>
        </w:rPr>
        <w:t>Mocne strony i potrzeby oraz bariery uczestnictwa</w:t>
      </w:r>
    </w:p>
    <w:p>
      <w:r>
        <w:t>Zapisz krótkie wnioski z WOPFU i zalecenia z orzeczenia. Pełną ocenę przechowuj w dokumentacji ucznia.</w:t>
      </w:r>
    </w:p>
    <w:p>
      <w:pPr>
        <w:spacing w:after="260"/>
      </w:pPr>
      <w:sdt>
        <w:sdtPr>
          <w:alias w:val="Pole do uzupełnienia"/>
          <w:tag w:val="IPET_FIELD_6"/>
          <w:id w:val="200006"/>
          <w:text/>
        </w:sdtPr>
        <w:sdtContent>
          <w:r>
            <w:t>[Uzupełnij w odniesieniu do tego ucznia]</w:t>
          </w:r>
        </w:sdtContent>
      </w:sdt>
    </w:p>
    <w:p>
      <w:r>
        <w:br w:type="page"/>
      </w:r>
    </w:p>
    <w:p>
      <w:pPr>
        <w:pStyle w:val="Heading1"/>
      </w:pPr>
      <w:r>
        <w:t>Cele i dostosowania</w:t>
      </w:r>
    </w:p>
    <w:p>
      <w:r>
        <w:t>Przy każdym celu określ działanie i sposób rozpoznania postępu. W razie potrzeby dodaj wiersze.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744"/>
        <w:gridCol w:w="2952"/>
      </w:tblGrid>
      <w:tr>
        <w:trPr>
          <w:tblHeader/>
          <w:cantSplit/>
        </w:trPr>
        <w:tc>
          <w:tcPr>
            <w:tcW w:type="dxa" w:w="29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Cel i potrzeba ucznia</w:t>
            </w:r>
          </w:p>
        </w:tc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Działanie i osoba odpowiedzialna</w:t>
            </w:r>
          </w:p>
        </w:tc>
        <w:tc>
          <w:tcPr>
            <w:tcW w:type="dxa" w:w="29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Wskaźnik postępu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7"/>
                <w:id w:val="200007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8"/>
                <w:id w:val="200008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9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9"/>
                <w:id w:val="200009"/>
                <w:text/>
              </w:sdtPr>
              <w:sdtContent>
                <w:r>
                  <w:t>[Uzupełnij]</w:t>
                </w:r>
              </w:sdtContent>
            </w:sdt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10"/>
                <w:id w:val="200010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11"/>
                <w:id w:val="200011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9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12"/>
                <w:id w:val="200012"/>
                <w:text/>
              </w:sdtPr>
              <w:sdtContent>
                <w:r>
                  <w:t>[Uzupełnij]</w:t>
                </w:r>
              </w:sdtContent>
            </w:sdt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13"/>
                <w:id w:val="200013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14"/>
                <w:id w:val="200014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9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15"/>
                <w:id w:val="200015"/>
                <w:text/>
              </w:sdtPr>
              <w:sdtContent>
                <w:r>
                  <w:t>[Uzupełnij]</w:t>
                </w:r>
              </w:sdtContent>
            </w:sdt>
          </w:p>
        </w:tc>
      </w:tr>
    </w:tbl>
    <w:p>
      <w:pPr>
        <w:spacing w:after="0"/>
      </w:pPr>
    </w:p>
    <w:p>
      <w:r>
        <w:rPr>
          <w:b/>
        </w:rPr>
        <w:t>Dostosowanie programu wychowania przedszkolnego lub wymagań edukacyjnych</w:t>
      </w:r>
    </w:p>
    <w:p>
      <w:r>
        <w:t>Opisz zakres dostosowań, metody i formy pracy. Uwzględnij sposób przekazywania poleceń, tempo pracy i sprawdzanie wiedzy odpowiednio do potrzeb ucznia.</w:t>
      </w:r>
    </w:p>
    <w:p>
      <w:pPr>
        <w:spacing w:after="260"/>
      </w:pPr>
      <w:sdt>
        <w:sdtPr>
          <w:alias w:val="Pole do uzupełnienia"/>
          <w:tag w:val="IPET_FIELD_16"/>
          <w:id w:val="200016"/>
          <w:text/>
        </w:sdtPr>
        <w:sdtContent>
          <w:r>
            <w:t>[Uzupełnij w odniesieniu do tego ucznia]</w:t>
          </w:r>
        </w:sdtContent>
      </w:sdt>
    </w:p>
    <w:p>
      <w:pPr>
        <w:pStyle w:val="Heading1"/>
      </w:pPr>
      <w:r>
        <w:t>Wspólne działania zespołu</w:t>
      </w:r>
    </w:p>
    <w:p>
      <w:r>
        <w:rPr>
          <w:b/>
        </w:rPr>
        <w:t>Zintegrowane działania nauczycieli i specjalistów</w:t>
      </w:r>
    </w:p>
    <w:p>
      <w:r>
        <w:t>Uwzględnij uczestnictwo w życiu placówki oraz komunikację, w tym AAC, gdy jest potrzebna. Dobierz właściwy charakter działań: rewalidacyjny, resocjalizacyjny lub socjoterapeutyczny.</w:t>
      </w:r>
    </w:p>
    <w:p>
      <w:pPr>
        <w:spacing w:after="260"/>
      </w:pPr>
      <w:sdt>
        <w:sdtPr>
          <w:alias w:val="Pole do uzupełnienia"/>
          <w:tag w:val="IPET_FIELD_17"/>
          <w:id w:val="200017"/>
          <w:text/>
        </w:sdtPr>
        <w:sdtContent>
          <w:r>
            <w:t>[Uzupełnij w odniesieniu do tego ucznia]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2304"/>
        <w:gridCol w:w="3600"/>
      </w:tblGrid>
      <w:tr>
        <w:trPr>
          <w:tblHeader/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Działanie i sytuacja</w:t>
            </w:r>
          </w:p>
        </w:tc>
        <w:tc>
          <w:tcPr>
            <w:tcW w:type="dxa" w:w="23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Kto realizuje</w:t>
            </w:r>
          </w:p>
        </w:tc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Jak sprawdzamy efekt</w:t>
            </w:r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18"/>
                <w:id w:val="200018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3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19"/>
                <w:id w:val="200019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20"/>
                <w:id w:val="200020"/>
                <w:text/>
              </w:sdtPr>
              <w:sdtContent>
                <w:r>
                  <w:t>[Uzupełnij]</w:t>
                </w:r>
              </w:sdtContent>
            </w:sdt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21"/>
                <w:id w:val="200021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3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22"/>
                <w:id w:val="200022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23"/>
                <w:id w:val="200023"/>
                <w:text/>
              </w:sdtPr>
              <w:sdtContent>
                <w:r>
                  <w:t>[Uzupełnij]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Pomoc i zajęcia</w:t>
      </w:r>
    </w:p>
    <w:p>
      <w:r>
        <w:t>Wpisz ustalone formy pomocy psychologiczno-pedagogicznej, okres realizacji i wymiar godzin. Odróżnij je od pozostałych zajęć opisanych poniżej.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1872"/>
        <w:gridCol w:w="2016"/>
        <w:gridCol w:w="2016"/>
      </w:tblGrid>
      <w:tr>
        <w:trPr>
          <w:tblHeader/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Forma pomocy i cel</w:t>
            </w:r>
          </w:p>
        </w:tc>
        <w:tc>
          <w:tcPr>
            <w:tcW w:type="dxa" w:w="187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Okres</w:t>
            </w:r>
          </w:p>
        </w:tc>
        <w:tc>
          <w:tcPr>
            <w:tcW w:type="dxa" w:w="201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Wymiar godzin</w:t>
            </w:r>
          </w:p>
        </w:tc>
        <w:tc>
          <w:tcPr>
            <w:tcW w:type="dxa" w:w="201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Realizujący</w:t>
            </w:r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24"/>
                <w:id w:val="200024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187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25"/>
                <w:id w:val="200025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01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26"/>
                <w:id w:val="200026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01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27"/>
                <w:id w:val="200027"/>
                <w:text/>
              </w:sdtPr>
              <w:sdtContent>
                <w:r>
                  <w:t>[Uzupełnij]</w:t>
                </w:r>
              </w:sdtContent>
            </w:sdt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28"/>
                <w:id w:val="200028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187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29"/>
                <w:id w:val="200029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01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30"/>
                <w:id w:val="200030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01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31"/>
                <w:id w:val="200031"/>
                <w:text/>
              </w:sdtPr>
              <w:sdtContent>
                <w:r>
                  <w:t>[Uzupełnij]</w:t>
                </w:r>
              </w:sdtContent>
            </w:sdt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32"/>
                <w:id w:val="200032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187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33"/>
                <w:id w:val="200033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01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34"/>
                <w:id w:val="200034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01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35"/>
                <w:id w:val="200035"/>
                <w:text/>
              </w:sdtPr>
              <w:sdtContent>
                <w:r>
                  <w:t>[Uzupełnij]</w:t>
                </w:r>
              </w:sdtContent>
            </w:sdt>
          </w:p>
        </w:tc>
      </w:tr>
    </w:tbl>
    <w:p>
      <w:pPr>
        <w:spacing w:after="0"/>
      </w:pPr>
    </w:p>
    <w:p>
      <w:r>
        <w:rPr>
          <w:b/>
        </w:rPr>
        <w:t>Zajęcia rewalidacyjne resocjalizacyjne socjoterapeutyczne oraz inne zajęcia</w:t>
      </w:r>
    </w:p>
    <w:p>
      <w:r>
        <w:t>Opisz zajęcia odpowiednie do potrzeb ucznia oraz sposób ich realizacji. Dla zajęć rewalidacyjnych sprawdź również wymagania § 6 ust. 2 rozporządzenia.</w:t>
      </w:r>
    </w:p>
    <w:p>
      <w:pPr>
        <w:spacing w:after="260"/>
      </w:pPr>
      <w:sdt>
        <w:sdtPr>
          <w:alias w:val="Pole do uzupełnienia"/>
          <w:tag w:val="IPET_FIELD_36"/>
          <w:id w:val="200036"/>
          <w:text/>
        </w:sdtPr>
        <w:sdtContent>
          <w:r>
            <w:t>[Uzupełnij w odniesieniu do tego ucznia]</w:t>
          </w:r>
        </w:sdtContent>
      </w:sdt>
    </w:p>
    <w:p>
      <w:r>
        <w:rPr>
          <w:b/>
        </w:rPr>
        <w:t>Doradztwo zawodowe i zajęcia związane z wyborem kształcenia i zawodu</w:t>
      </w:r>
    </w:p>
    <w:p>
      <w:r>
        <w:t>Uwzględnij właściwy etap edukacyjny i potrzeby ucznia. Jeśli dany zakres nie dotyczy ucznia, wskaż dlaczego.</w:t>
      </w:r>
    </w:p>
    <w:p>
      <w:pPr>
        <w:spacing w:after="260"/>
      </w:pPr>
      <w:sdt>
        <w:sdtPr>
          <w:alias w:val="Pole do uzupełnienia"/>
          <w:tag w:val="IPET_FIELD_37"/>
          <w:id w:val="200037"/>
          <w:text/>
        </w:sdtPr>
        <w:sdtContent>
          <w:r>
            <w:t>[Uzupełnij w odniesieniu do tego ucznia]</w:t>
          </w:r>
        </w:sdtContent>
      </w:sdt>
    </w:p>
    <w:p>
      <w:r>
        <w:rPr>
          <w:b/>
        </w:rPr>
        <w:t>Powiązanie zajęć z celami programu</w:t>
      </w:r>
    </w:p>
    <w:p>
      <w:r>
        <w:t>Wskaż, które cele są realizowane podczas poszczególnych zajęć i jak prowadzący przekazują zespołowi informacje o postępach.</w:t>
      </w:r>
    </w:p>
    <w:p>
      <w:pPr>
        <w:spacing w:after="260"/>
      </w:pPr>
      <w:sdt>
        <w:sdtPr>
          <w:alias w:val="Pole do uzupełnienia"/>
          <w:tag w:val="IPET_FIELD_38"/>
          <w:id w:val="200038"/>
          <w:text/>
        </w:sdtPr>
        <w:sdtContent>
          <w:r>
            <w:t>[Uzupełnij w odniesieniu do tego ucznia]</w:t>
          </w:r>
        </w:sdtContent>
      </w:sdt>
    </w:p>
    <w:p>
      <w:r>
        <w:br w:type="page"/>
      </w:r>
    </w:p>
    <w:p>
      <w:pPr>
        <w:pStyle w:val="Heading1"/>
      </w:pPr>
      <w:r>
        <w:t>Rodzina i organizacja kształcenia</w:t>
      </w:r>
    </w:p>
    <w:p>
      <w:r>
        <w:rPr>
          <w:b/>
        </w:rPr>
        <w:t>Działania wspierające rodziców oraz współdziałanie z instytucjami</w:t>
      </w:r>
    </w:p>
    <w:p>
      <w:r>
        <w:t>Zapisz proponowane wsparcie, terminy i osoby odpowiedzialne. W razie potrzeb określ współdziałanie z poradnią lub innymi właściwymi podmiotami.</w:t>
      </w:r>
    </w:p>
    <w:p>
      <w:pPr>
        <w:spacing w:after="260"/>
      </w:pPr>
      <w:sdt>
        <w:sdtPr>
          <w:alias w:val="Pole do uzupełnienia"/>
          <w:tag w:val="IPET_FIELD_39"/>
          <w:id w:val="200039"/>
          <w:text/>
        </w:sdtPr>
        <w:sdtContent>
          <w:r>
            <w:t>[Uzupełnij w odniesieniu do tego ucznia]</w:t>
          </w:r>
        </w:sdtContent>
      </w:sdt>
    </w:p>
    <w:p>
      <w:r>
        <w:rPr>
          <w:b/>
        </w:rPr>
        <w:t>Współpraca nauczycieli i specjalistów z rodzicami</w:t>
      </w:r>
    </w:p>
    <w:p>
      <w:r>
        <w:t>Ustal sposób wymiany informacji i współpracy przy realizacji zaleceń, zapewnieniu warunków, zajęć, integracji i samodzielności ucznia.</w:t>
      </w:r>
    </w:p>
    <w:p>
      <w:pPr>
        <w:spacing w:after="260"/>
      </w:pPr>
      <w:sdt>
        <w:sdtPr>
          <w:alias w:val="Pole do uzupełnienia"/>
          <w:tag w:val="IPET_FIELD_40"/>
          <w:id w:val="200040"/>
          <w:text/>
        </w:sdtPr>
        <w:sdtContent>
          <w:r>
            <w:t>[Uzupełnij w odniesieniu do tego ucznia]</w:t>
          </w:r>
        </w:sdtContent>
      </w:sdt>
    </w:p>
    <w:p>
      <w:r>
        <w:rPr>
          <w:b/>
        </w:rPr>
        <w:t>Dostosowanie warunków organizacji kształcenia</w:t>
      </w:r>
    </w:p>
    <w:p>
      <w:r>
        <w:t>Dla ucznia niepełnosprawnego opisz potrzebne rozwiązania organizacyjne oraz technologie wspomagające. Powiąż je z rozpoznanymi potrzebami.</w:t>
      </w:r>
    </w:p>
    <w:p>
      <w:pPr>
        <w:spacing w:after="260"/>
      </w:pPr>
      <w:sdt>
        <w:sdtPr>
          <w:alias w:val="Pole do uzupełnienia"/>
          <w:tag w:val="IPET_FIELD_41"/>
          <w:id w:val="200041"/>
          <w:text/>
        </w:sdtPr>
        <w:sdtContent>
          <w:r>
            <w:t>[Uzupełnij w odniesieniu do tego ucznia]</w:t>
          </w:r>
        </w:sdtContent>
      </w:sdt>
    </w:p>
    <w:p>
      <w:r>
        <w:rPr>
          <w:b/>
        </w:rPr>
        <w:t>Wybrane zajęcia indywidualne lub w grupie do pięciu uczniów</w:t>
      </w:r>
    </w:p>
    <w:p>
      <w:r>
        <w:t>Wypełnij, jeśli wskazują na to indywidualne potrzeby wynikające z orzeczenia lub WOPFU. Określ zajęcia i sposób realizacji; gdy nie są potrzebne, odnotuj to.</w:t>
      </w:r>
    </w:p>
    <w:p>
      <w:pPr>
        <w:spacing w:after="260"/>
      </w:pPr>
      <w:sdt>
        <w:sdtPr>
          <w:alias w:val="Pole do uzupełnienia"/>
          <w:tag w:val="IPET_FIELD_42"/>
          <w:id w:val="200042"/>
          <w:text/>
        </w:sdtPr>
        <w:sdtContent>
          <w:r>
            <w:t>[Uzupełnij w odniesieniu do tego ucznia]</w:t>
          </w:r>
        </w:sdtContent>
      </w:sdt>
    </w:p>
    <w:p>
      <w:r>
        <w:rPr>
          <w:b/>
        </w:rPr>
        <w:t>Uczestnictwo w zajęciach wspólnych</w:t>
      </w:r>
    </w:p>
    <w:p>
      <w:r>
        <w:t>Zapisz działania wspierające włączanie ucznia w pracę oddziału lub grupy oraz sposób monitorowania ich efektów.</w:t>
      </w:r>
    </w:p>
    <w:p>
      <w:pPr>
        <w:spacing w:after="260"/>
      </w:pPr>
      <w:sdt>
        <w:sdtPr>
          <w:alias w:val="Pole do uzupełnienia"/>
          <w:tag w:val="IPET_FIELD_43"/>
          <w:id w:val="200043"/>
          <w:text/>
        </w:sdtPr>
        <w:sdtContent>
          <w:r>
            <w:t>[Uzupełnij w odniesieniu do tego ucznia]</w:t>
          </w:r>
        </w:sdtContent>
      </w:sdt>
    </w:p>
    <w:p>
      <w:r>
        <w:br w:type="page"/>
      </w:r>
    </w:p>
    <w:p>
      <w:pPr>
        <w:pStyle w:val="Heading1"/>
      </w:pPr>
      <w:r>
        <w:t>Ocena programu i ustalenia zespołu</w:t>
      </w:r>
    </w:p>
    <w:p>
      <w:r>
        <w:rPr>
          <w:b/>
        </w:rPr>
        <w:t>Terminy przeglądu efektów oraz okresowej WOPFU</w:t>
      </w:r>
    </w:p>
    <w:p>
      <w:r>
        <w:t>Zaplanuj ocenę efektywności, okresową WOPFU co najmniej dwa razy w roku szkolnym i modyfikację programu według potrzeb.</w:t>
      </w:r>
    </w:p>
    <w:p>
      <w:pPr>
        <w:spacing w:after="260"/>
      </w:pPr>
      <w:sdt>
        <w:sdtPr>
          <w:alias w:val="Pole do uzupełnienia"/>
          <w:tag w:val="IPET_FIELD_44"/>
          <w:id w:val="200044"/>
          <w:text/>
        </w:sdtPr>
        <w:sdtContent>
          <w:r>
            <w:t>[Uzupełnij w odniesieniu do tego ucznia]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3888"/>
        <w:gridCol w:w="3168"/>
      </w:tblGrid>
      <w:tr>
        <w:trPr>
          <w:tblHeader/>
          <w:cantSplit/>
        </w:trPr>
        <w:tc>
          <w:tcPr>
            <w:tcW w:type="dxa" w:w="25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Cel lub obszar</w:t>
            </w:r>
          </w:p>
        </w:tc>
        <w:tc>
          <w:tcPr>
            <w:tcW w:type="dxa" w:w="388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Efekt i źródło informacji</w:t>
            </w:r>
          </w:p>
        </w:tc>
        <w:tc>
          <w:tcPr>
            <w:tcW w:type="dxa" w:w="31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Wniosek lub zmiana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45"/>
                <w:id w:val="200045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88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46"/>
                <w:id w:val="200046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1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47"/>
                <w:id w:val="200047"/>
                <w:text/>
              </w:sdtPr>
              <w:sdtContent>
                <w:r>
                  <w:t>[Uzupełnij]</w:t>
                </w:r>
              </w:sdtContent>
            </w:sdt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48"/>
                <w:id w:val="200048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88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49"/>
                <w:id w:val="200049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1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50"/>
                <w:id w:val="200050"/>
                <w:text/>
              </w:sdtPr>
              <w:sdtContent>
                <w:r>
                  <w:t>[Uzupełnij]</w:t>
                </w:r>
              </w:sdtContent>
            </w:sdt>
          </w:p>
        </w:tc>
      </w:tr>
    </w:tbl>
    <w:p>
      <w:pPr>
        <w:spacing w:after="0"/>
      </w:pPr>
    </w:p>
    <w:p>
      <w:r>
        <w:rPr>
          <w:b/>
        </w:rPr>
        <w:t>Data spotkania oraz uzgodnione zmiany</w:t>
      </w:r>
    </w:p>
    <w:p>
      <w:pPr>
        <w:spacing w:after="260"/>
      </w:pPr>
      <w:sdt>
        <w:sdtPr>
          <w:alias w:val="Pole do uzupełnienia"/>
          <w:tag w:val="IPET_FIELD_51"/>
          <w:id w:val="200051"/>
          <w:text/>
        </w:sdtPr>
        <w:sdtContent>
          <w:r>
            <w:t>[Uzupełnij w odniesieniu do tego ucznia]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2448"/>
      </w:tblGrid>
      <w:tr>
        <w:trPr>
          <w:tblHeader/>
          <w:cantSplit/>
        </w:trPr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Członek zespołu i rola</w:t>
            </w:r>
          </w:p>
        </w:tc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Zakres zadań</w:t>
            </w:r>
          </w:p>
        </w:tc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24445A"/>
          </w:tcPr>
          <w:p>
            <w:pPr>
              <w:spacing w:after="60" w:line="259" w:lineRule="auto"/>
            </w:pPr>
            <w:r>
              <w:rPr>
                <w:b/>
                <w:color w:val="FFFFFF"/>
                <w:sz w:val="20"/>
              </w:rPr>
              <w:t>Potwierdzenie udziału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52"/>
                <w:id w:val="200052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53"/>
                <w:id w:val="200053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54"/>
                <w:id w:val="200054"/>
                <w:text/>
              </w:sdtPr>
              <w:sdtContent>
                <w:r>
                  <w:t>[Uzupełnij]</w:t>
                </w:r>
              </w:sdtContent>
            </w:sdt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55"/>
                <w:id w:val="200055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56"/>
                <w:id w:val="200056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3F6F8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57"/>
                <w:id w:val="200057"/>
                <w:text/>
              </w:sdtPr>
              <w:sdtContent>
                <w:r>
                  <w:t>[Uzupełnij]</w:t>
                </w:r>
              </w:sdtContent>
            </w:sdt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58"/>
                <w:id w:val="200058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36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59"/>
                <w:id w:val="200059"/>
                <w:text/>
              </w:sdtPr>
              <w:sdtContent>
                <w:r>
                  <w:t>[Uzupełnij]</w:t>
                </w:r>
              </w:sdtContent>
            </w:sdt>
          </w:p>
        </w:tc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60" w:line="259" w:lineRule="auto"/>
            </w:pPr>
            <w:sdt>
              <w:sdtPr>
                <w:alias w:val="Pole do uzupełnienia"/>
                <w:tag w:val="IPET_FIELD_60"/>
                <w:id w:val="200060"/>
                <w:text/>
              </w:sdtPr>
              <w:sdtContent>
                <w:r>
                  <w:t>[Uzupełnij]</w:t>
                </w:r>
              </w:sdtContent>
            </w:sdt>
          </w:p>
        </w:tc>
      </w:tr>
    </w:tbl>
    <w:p>
      <w:pPr>
        <w:spacing w:after="0"/>
      </w:pPr>
    </w:p>
    <w:p>
      <w:r>
        <w:rPr>
          <w:b/>
        </w:rPr>
        <w:t>Udział rodziców lub pełnoletniego ucznia oraz przekazanie kopii</w:t>
      </w:r>
    </w:p>
    <w:p>
      <w:r>
        <w:t>Odnotuj zawiadomienie o spotkaniu, udział i datę przekazania kopii IPET oraz WOPFU. Nieobecność rodzica nie odbiera prawa do kopii dokumentów.</w:t>
      </w:r>
    </w:p>
    <w:p>
      <w:pPr>
        <w:spacing w:after="260"/>
      </w:pPr>
      <w:sdt>
        <w:sdtPr>
          <w:alias w:val="Pole do uzupełnienia"/>
          <w:tag w:val="IPET_FIELD_61"/>
          <w:id w:val="200061"/>
          <w:text/>
        </w:sdtPr>
        <w:sdtContent>
          <w:r>
            <w:t>[Uzupełnij w odniesieniu do tego ucznia]</w:t>
          </w:r>
        </w:sdtContent>
      </w:sdt>
    </w:p>
    <w:p>
      <w:r>
        <w:t>Podstawa opracowania: § 6 rozporządzenia MEN z 9 sierpnia 2017 r., tekst jednolity Dz.U. z 2020 r. poz. 1309. Weryfikacja źródła: 4.10.2026. To pomocniczy układ dokumentu, a nie urzędowy wzór.</w:t>
      </w:r>
    </w:p>
    <w:p>
      <w:r>
        <w:t>https://eli.gov.pl/eli/DU/2020/1309/ogl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Wersja 1  •  4 października 2026  •  Strona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>EDU-MACH  |  Materiały do pracy zespołu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IPET do edycji</dc:title>
  <dc:subject>Materiały pomocnicze do pracy zespołu opracowującego IPET</dc:subject>
  <dc:creator>EDU-MACH</dc:creator>
  <cp:keywords>IPET, WOPFU, EDU-MACH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